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منسق مشاريع</w:t>
      </w:r>
    </w:p>
    <w:p>
      <w:pPr>
        <w:spacing w:after="40"/>
        <w:jc w:val="center"/>
        <w:bidi w:val="1"/>
      </w:pPr>
      <w:r>
        <w:rPr>
          <w:rFonts w:ascii="DejaVu Sans" w:hAnsi="DejaVu Sans" w:cs="DejaVu Sans" w:eastAsia="DejaVu Sans"/>
          <w:b w:val="0"/>
          <w:color w:val="667085"/>
          <w:sz w:val="21"/>
          <w:lang w:val="ar-SA" w:bidi="ar-SA"/>
        </w:rPr>
        <w:t>Project Coordinator</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JD-PMO-006</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مشاريع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Project Coordinator</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المشاريع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إدارة المشاريع / PMO / [القطاع]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المشروع / مدير PMO]</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 أخصائي مبتدئ</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دعم انضباط تنفيذ المشاريع من خلال تحديث الخطط والجداول والسجلات والتقارير والاجتماعات والمتابعة مع أصحاب المهام، بما يوفر رؤية دقيقة للتقدم والمخاطر والقرارات ويمنع فقد الإجراءات أو الاعتماد على المتابعة الشفهية.</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شفافية حالة المشروع والانضباط الزمني وجودة المتابعة والتقارير.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السجلات والتنسيق والمتابعة؛ تغيير النطاق أو الميزانية أو الموعد الأساسي يتطلب قرار مدير المشروع والصلاحيات.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خطط وموازنات وعقود ومخاطر وقرارات مشاريع بحسب نوع المشروع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خطة وجدول وسجلات مشروع محدثة ومتسقة.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اجتماعات تنتج قرارات وإجراءات بملاك ومواعيد.</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مخاطر وقضايا وتغييرات موثقة ومصعدة في الوقت المناسب.</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تقارير حالة تعكس الواقع دون تجميل.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وثائق المشروع وإصداراتها محفوظة وقابلة للتدقيق.</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خطة محدثة مقارنة بالأساس</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إعداد خطة العمل والجدول والمراحل الرئيسية.</w:t>
              <w:br/>
              <w:t>• توثيق Baseline المعتمد.</w:t>
              <w:br/>
              <w:t>• تحديث الأنشطة الفعلية والتوقعات مع أصحابها.</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التخطيط</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Action Tracker فعال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متابعة الإجراءات والمهام المتأخرة.</w:t>
              <w:br/>
              <w:t>• تحديد الانحرافات قبل موعد التقرير.</w:t>
              <w:br/>
              <w:t>• رفع الحالات التي لا تتحرك رغم المتابعة.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المتابعة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محاضر قابلة للتنفيذ</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الأجندة والمواد.</w:t>
              <w:br/>
              <w:t>• توثيق القرارات والإجراءات والمخاطر.</w:t>
              <w:br/>
              <w:t>• توزيع المحضر ومتابعة الاعتمادات.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الاجتماعات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سجلات منضبطة للمخاطر والتغيير</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تحديث Risk &amp; Issue Log.</w:t>
              <w:br/>
              <w:t>• متابعة خطط المعالجة والملاك والتواريخ.</w:t>
              <w:br/>
              <w:t>• تسجيل طلبات التغيير وعدم تعديل Baseline قبل الاعتماد.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المخاطر والتغيير</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Status Report موثوق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تقرير الحالة الأسبوعي/الشهري.</w:t>
              <w:br/>
              <w:t>• تجميع مؤشرات الوقت والتكلفة والنطاق والمخاطر.</w:t>
              <w:br/>
              <w:t>• توحيد مصادر البيانات والتحقق منها.</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التقارير</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Project Record كامل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هيكل ملفات المشروع والإصدارات.</w:t>
              <w:br/>
              <w:t>• حفظ الموافقات والمراسلات والنسخ النهائية.</w:t>
              <w:br/>
              <w:t>• دعم التسليم والإغلاق والدروس المستفادة.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الوثائق</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التخطيط والمتابعة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التقارير والاجتماعات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المخاطر والقضايا والتغيير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الوثائق والحوكمة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الإغلاق والدعم</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إدارة الأعمال أو إدارة المشاريع أو الهندسة أو تخصص مرتبط بطبيعة المشاريع.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1-3 سنوات في التنسيق أو PMO أو دعم المشاريع؛ ويمكن قبول حديثي التخرج.</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CAPM أو أساسيات PMP أو Agile/Scrum تعد ميزة إضافية بحسب نوع المشاريع.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مهني للوثائق والاجتماعات بحسب المشروع.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Project Scheduling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Action/Risk Tracking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Status Reporting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Project Documentation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Excel</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PowerPoint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Project Tools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Change Control</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طلب تحديث حالة من أصحاب المهام.</w:t>
              <w:br/>
              <w:t>• إعادة تقرير أو مدخل ناقص للتحقق.</w:t>
              <w:br/>
              <w:t>• تحديث السجلات بعد تأكيد مالك المعلومة.</w:t>
              <w:br/>
              <w:t>• تصعيد تأخر إجراء وفق مسار المشروع.</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انحراف يهدد مرحلة رئيسية.</w:t>
              <w:br/>
              <w:t>• طلب تغيير نطاق دون اعتماد.</w:t>
              <w:br/>
              <w:t>• مخاطرة عالية بلا مالك أو خطة.</w:t>
              <w:br/>
              <w:t>• تضارب بين تقارير الأطراف والواقع.</w:t>
              <w:br/>
              <w:t>• قرار مهم غير موثق قد يؤثر على عقد أو تسليم.</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الخطة والقرارات والتقارير.</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مدير المشروع</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التحديثات والإجراءات والتبعيات.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فرق العمل</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المنهج والقوالب والحوكمة.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PMO</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التكاليف والعقود والطلبات.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المالية/المشتريات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متابعة التسليم وفق تفويض المشروع.</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الموردون</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يغير Baseline أو Status لإرضاء طرف.</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يتخذ قرارًا فنيًا بدل مالك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يخفي تأخرًا إلى موعد التقرير.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يعتبر إرسال التذكير إغلاقًا للمهمة.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مرحلة رئيسية بلا خطة كافية.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تأخيرات متكررة دون تغيير Forecast.</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طلبات تغيير تنفذ قبل الاعتماد.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مخاطر عالية تتكرر دون إجراء.</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اختلاف كبير بين نسبة الإنجاز والمخرجات الفعلية.</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التقارير دون تصحيح جوهري بعد الإصدار</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دقة التقرير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الإجراءات المغلقة في موعدها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Action Closure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السجلات المحدثة قبل دورة التقرير</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تحديث السجلات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قضايا حرجة عرفت ولم تصعد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غير مصعد</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عينات ملفات وإصدارات مكتملة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جودة الوثائق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التقارير الصادرة في الموعد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On-Time Reporting</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مصادر أدلة وتعريفات موحدة للتقدم.</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تقارير غير واقعية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Decision/Action Log.</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فقد قرار أو إجراء</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Change Control وربط Baseline.</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تغيير غير منضبط</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Version Control ومجلد رسمي.</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نسخ وثائق متضاربة</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المشروع والحوكمة والأدوات والقوالب والمراحل.</w:t>
              <w:br/>
              <w:t>• تنظيف سجلات الإجراءات والمخاطر والوثائق.</w:t>
              <w:br/>
              <w:t>• المشاركة في إعداد تقرير حالة تحت مراجعة.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دورة متابعة واجتماع وتقرير كاملة.</w:t>
              <w:br/>
              <w:t>• تحديث الجداول والسجلات باستقلالية.</w:t>
              <w:br/>
              <w:t>• كشف وتصعيد انحراف مبكرًا.</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تنسيق مشروع أو مسار عمل كامل.</w:t>
              <w:br/>
              <w:t>• رفع جودة ودقة التقارير والمتابعة.</w:t>
              <w:br/>
              <w:t>• تنفيذ تحسين في التوثيق أو المتابعة.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إداري / خريج إدارة أو هندسة / مساعد مشروع</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مشاريع / محلل PMO / مدير مشروع مبتدئ</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اجتماعات ومتابعات متعددة ومتزامنة.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ضغط أعلى قبل لجان المشروع والمراحل الرئيسية.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العمل من مواقع المشروع أو السفر.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مع أصحاب مصلحة متعددين دون سلطة مباشرة.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منسق مشاريع</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