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أخصائي عمليات موارد بشرية</w:t>
      </w:r>
    </w:p>
    <w:p>
      <w:pPr>
        <w:spacing w:after="40"/>
        <w:jc w:val="center"/>
        <w:bidi w:val="1"/>
      </w:pPr>
      <w:r>
        <w:rPr>
          <w:rFonts w:ascii="DejaVu Sans" w:hAnsi="DejaVu Sans" w:cs="DejaVu Sans" w:eastAsia="DejaVu Sans"/>
          <w:b w:val="0"/>
          <w:color w:val="667085"/>
          <w:sz w:val="21"/>
          <w:lang w:val="ar-SA" w:bidi="ar-SA"/>
        </w:rPr>
        <w:t>HR Operations Specialist</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HR-JD-OPS-003</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عمليات موارد بشرية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HR Operations Specialist</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الموارد البشرية ورأس المال البشري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إدارة الموارد البشرية / عمليات الموارد البشرية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[مدير عمليات الموارد البشرية]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إدارة وتنفيذ العمليات التشغيلية لدورة حياة الموظف من التهيئة والمباشرة وحتى التغييرات الوظيفية وإنهاء الخدمة، مع ضبط السجلات والأنظمة ونقاط التسليم بين الموارد البشرية والرواتب والجهات المساندة، بما يضمن خدمة مستقرة وقابلة للقياس والتدقيق.</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الموظفين/العمليات]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مرتفع على استمرارية عمليات الموارد البشرية والرواتب وجودة البيانات وتجربة الموظف.</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يدير العمليات القياسية وSLA والتنسيق بين الجهات ضمن الصلاحيات، ويصعد الاستثناءات والتغييرات الجوهرية.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 ملفات موظفين وعقود وبيانات مالية وهوية ووثائق</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دورة موظف منضبطة بلا فجوات بين التوظيف والمباشرة والتغييرات وإنهاء الخدمة.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أنظمة وسجلات متطابقة ومحدثة في الوقت المناسب.</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نقاط تسليم واضحة مع الرواتب وتقنية المعلومات والمرافق.</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انخفاض المعاملات المتأخرة وإعادة العمل والاستثناءات غير الموثقة.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تقارير SLA وحجم المعاملات والمشكلات المتكررة متاحة للإدارة.</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مباشرة مكتملة دون متطلبات عالقة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استلام ملف المرشح المقبول والتحقق من اكتمال المتطلبات قبل المباشرة.</w:t>
              <w:br/>
              <w:t>• تنسيق تجهيز الحسابات والموقع والبيانات اللازمة مع الجهات المساندة.</w:t>
              <w:br/>
              <w:t>• تأكيد المباشرة وتحديث الأنظمة وإغلاق قائمة اليوم الأول.</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Onboarding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تغيير صحيح ومتزامن بين الأنظمة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تنفيذ النقل والترقية وتغيير المسمى والمدير والموقع والبيانات بعد الاعتماد.</w:t>
              <w:br/>
              <w:t>• التحقق من تاريخ السريان والأثر المالي والتسليم للرواتب عند الحاجة.</w:t>
              <w:br/>
              <w:t>• أرشفة القرار وتحديث HRIS.</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التغييرات الوظيفية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عقود ووثائق محدثة وقابلة للتدقيق</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إدارة إنشاء وتجديد وتعديل العقود والملاحق وفق الاعتمادات.</w:t>
              <w:br/>
              <w:t>• متابعة التوقيعات وتواريخ الانتهاء والتنبيهات.</w:t>
              <w:br/>
              <w:t>• إصدار الخطابات والشهادات المرتبطة بحالة الموظف.</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العقود والوثائق</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مدخلات حضور وإجازات صحيحة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تشغيل إجراءات الحضور والإجازات والاستثناءات ضمن نطاق العمليات.</w:t>
              <w:br/>
              <w:t>• معالجة الفروقات قبل Cut-off الرواتب.</w:t>
              <w:br/>
              <w:t>• الاحتفاظ بسجل الاعتمادات للحالات الاستثنائية.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الحضور والإجازات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Master Data موثوقة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إدارة جودة البيانات الرئيسية للموظف وتحديثها.</w:t>
              <w:br/>
              <w:t>• تنفيذ مراجعات دورية للتطابق والحقول الناقصة.</w:t>
              <w:br/>
              <w:t>• ضبط صلاحيات الوصول بالتنسيق مع مالك النظام.</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HRIS والسجلات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خروج منظم وسجل إغلاق مكتمل</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تنسيق الاستقالة أو الإنهاء وإخلاء الطرف واسترداد العهد.</w:t>
              <w:br/>
              <w:t>• تأكيد البيانات النهائية للرواتب والمزايا والأنظمة.</w:t>
              <w:br/>
              <w:t>• إغلاق الملف وتحديث الحالة بعد اكتمال المتطلبات.</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Offboarding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خدمة مستقرة ومقاسة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إدارة قائمة الطلبات وSLA والتصعيد للحالات المتأخرة.</w:t>
              <w:br/>
              <w:t>• تحليل حجم المعاملات وأسباب إعادة العمل.</w:t>
              <w:br/>
              <w:t>• اقتراح أتمتة أو تبسيط لنقاط الاحتكاك المتكررة.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Service Delivery</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دورة الحياة والتغييرات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العقود والوثائق</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HRIS والسجلات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Onboarding/Offboarding</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الحضور والإجازات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SLA والتحسين</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بكالوريوس موارد بشرية أو إدارة أعمال أو نظم معلومات إدارية أو تخصص ذي صلة.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2-4 سنوات في عمليات الموارد البشرية أو شؤون الموظفين أو HR Shared Services.</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شهادة مهنية في الموارد البشرية أو HR Operations أو HRIS تعد ميزة إضافية.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بمستوى مهني، والإنجليزية جيدة للتعامل مع الأنظمة والمستندات عند الحاجة.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Employee Lifecycle Operations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HRIS وMaster Data</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العقود والوثائق الوظيفية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الحضور والإجازات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SLA وإدارة الطلبات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Excel والمطابقات</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Process Mapping والتحسين</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حماية البيانات</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يلتزم بالتسلسل والاعتمادات ولا يتجاوز الضوابط تحت ضغط الوقت.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الانضباط التشغيلي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يتابع من البداية حتى الإغلاق عبر الجهات المختلفة.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ملكية المعاملة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يركز على الحقول والتواريخ ذات الأثر المالي أو النظامي.</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الدقة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يدير نقاط التسليم بين الموارد البشرية والرواتب والجهات المساندة.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التنسيق</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يعالج أسباب التعطل المتكررة ويحولها إلى تحسين عملية.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حل المشكلات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يحمي الوثائق والبيانات الحساسة طوال دورة المعاملة.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السرية</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إرجاع أي معاملة غير مكتملة أو غير متسقة مع الاعتماد.</w:t>
              <w:br/>
              <w:t>• تحديث HRIS وتنفيذ العمليات القياسية ضمن الصلاحية.</w:t>
              <w:br/>
              <w:t>• طلب تصحيح فروقات البيانات من الجهة المصدر.</w:t>
              <w:br/>
              <w:t>• تصعيد الطلبات التي تجاوزت SLA أو تهدد راتبًا أو مباشرة أو إنهاء.</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تغيير بأثر رجعي غير معتمد.</w:t>
              <w:br/>
              <w:t>• اختلاف بين العقد أو القرار أو HRIS أو الراتب.</w:t>
              <w:br/>
              <w:t>• استثناء في الإجازة أو الحضور أو تاريخ السريان دون موافقة.</w:t>
              <w:br/>
              <w:t>• إنهاء خدمة أو حالة نزاع أو شكوى.</w:t>
              <w:br/>
              <w:t>• طلب تعديل بيانات حرجة بلا مستند مصدر.</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تنفيذ الطلبات والتغييرات ومتابعة المتطلبات.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الموظفون والمدراء</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تسليم مدخلات موثقة قبل Cut-off ومطابقة التغييرات.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الرواتب</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استلام المقبولين وبدء دورة الموظف.</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التوظيف والتهيئة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تجهيز وإلغاء الصلاحيات والعهد والخدمات.</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تقنية المعلومات والمرافق</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حالات ذات أثر مالي أو تدقيق أو متطلبات خاصة.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المالية أو الامتثال</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يعدل بيانات مالية أو وظيفية حرجة دون مستند واعتماد.</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يترك معاملة عند نقطة تسليم دون إثبات استلام ومسؤولية واضحة.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يستخدم قنوات شخصية لحفظ العقود أو الوثائق.</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يفسر الاستثناءات لصالح السرعة إذا لم توجد صلاحية واضحة.</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موظف سيباشر دون عقد أو اعتماد أو متطلب جوهري.</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تغيير راتب أو درجة لم يصل للرواتب قبل Cut-off.</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موظف انتهت علاقته ولا تزال صلاحياته التقنية فعالة.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تاريخ مختلف لنفس الحدث بين أكثر من نظام.</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تزايد المعاملات المرتجعة بسبب سبب واحد متكرر.</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المعاملات المنجزة ضمن المدة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SLA إنجاز المعاملات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99%</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الحقول الصحيحة في عينات المراجعة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دقة Master Data</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2%</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المعاملات المعادة بسبب خطأ العمليات</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إعادة العمل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98%</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المباشرات المكتملة قبل اليوم الأول</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Onboarding Readiness</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98%</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الحالات المغلقة بكامل المتطلبات</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Offboarding Closure</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الطلبات المتجاوزة SLA</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Backlog</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تقويم Cut-off وتنبيهات ومسؤوليات تسليم واضحة.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تأخر تحديث يؤثر على الراتب أو الوصول</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مطابقة دورية ومالك Master Data واضح.</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عدم تطابق الأنظمة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Checklist إغلاق وربط إلغاء الصلاحيات بإنهاء الخدمة.</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بقاء صلاحيات بعد الخروج</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قائمة تحقق ومصدر اعتماد إلزامي قبل التنفيذ.</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مستند غير معتمد</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خارطة دورة الموظف وSLA وCut-off ونقاط التسليم.</w:t>
              <w:br/>
              <w:t>• إتقان HRIS والنماذج ومصفوفة الصلاحيات.</w:t>
              <w:br/>
              <w:t>• مراجعة عينات من معاملات سابقة لمعرفة أكثر الأخطاء تكرارًا.</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إدارة Onboarding والتغييرات والوثائق بشكل مستقل.</w:t>
              <w:br/>
              <w:t>• إجراء مطابقة بيانات دورية ورفع الفروقات.</w:t>
              <w:br/>
              <w:t>• إدارة Backlog والتصعيد وفق SLA.</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امتلاك نطاق عمليات كامل مع نتائج دقة وSLA مستقرة.</w:t>
              <w:br/>
              <w:t>• إغلاق سبب متكرر لإعادة العمل عبر تحسين إجراء أو نموذج.</w:t>
              <w:br/>
              <w:t>• إعداد Dashboard تشغيلية مختصرة للعمليات المسندة.</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منسق موارد بشرية / أخصائي موارد بشرية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عمليات أول / مشرف عمليات موارد بشرية / HR Shared Services Lead</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عمل مكتبي يعتمد بدرجة كبيرة على الأنظمة والسجلات.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فترات ضغط مرتبطة بنهاية الشهر وCut-off والمباشرات الجماعية.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يتطلب تنسيقًا مستمرًا بين عدة إدارات.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السفر: [عادة غير مطلوب / حسب المنشأة].</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الموظفون/الإدارات/المواقع/حجم العمليات.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سياسات الموارد البشرية، إجراءات العمل، ومتطلبات 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أخصائي عمليات موارد بشرية</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